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220"/>
        <w:jc w:val="center"/>
      </w:pPr>
      <w:r>
        <w:rPr>
          <w:b/>
        </w:rPr>
        <w:t>VIP hűségprogram jelentkezés</w:t>
      </w:r>
    </w:p>
    <w:p>
      <w:pPr>
        <w:keepNext w:val="0"/>
        <w:spacing w:before="0" w:after="240"/>
      </w:pPr>
      <w:r>
        <w:rPr>
          <w:b w:val="0"/>
        </w:rPr>
        <w:t>Köszönjük érdeklődését hűségprogramunk iránt, a jelentkezési ív kitöltésével automatikusan részt vesz az aktuális havi sorsoláson, illetve amennyiben meglévő páciensünk ajánlásával érkezik, kérjük az erre vonatkozó résznél feltüntetni.</w:t>
      </w:r>
    </w:p>
    <w:p>
      <w:pPr>
        <w:keepNext w:val="0"/>
        <w:spacing w:before="0" w:after="120"/>
      </w:pPr>
      <w:r>
        <w:rPr>
          <w:b w:val="0"/>
        </w:rPr>
        <w:t>Név: ………………………………………………….</w:t>
      </w:r>
    </w:p>
    <w:p>
      <w:pPr>
        <w:keepNext w:val="0"/>
        <w:spacing w:before="0" w:after="120"/>
      </w:pPr>
      <w:r>
        <w:rPr>
          <w:b w:val="0"/>
        </w:rPr>
        <w:t>Kezelőorvos neve: …………………………………...</w:t>
      </w:r>
    </w:p>
    <w:p>
      <w:pPr>
        <w:keepNext w:val="0"/>
        <w:spacing w:before="0" w:after="120"/>
      </w:pPr>
      <w:r>
        <w:rPr>
          <w:b w:val="0"/>
        </w:rPr>
        <w:t>Dátum: ……………………………………………….</w:t>
      </w:r>
    </w:p>
    <w:p>
      <w:pPr>
        <w:keepNext/>
        <w:spacing w:before="240" w:after="100"/>
      </w:pPr>
      <w:r>
        <w:rPr>
          <w:b/>
        </w:rPr>
        <w:t>1. Milyen kezelések vagy szolgáltatások érdeklik Önt?</w:t>
      </w:r>
    </w:p>
    <w:p>
      <w:pPr>
        <w:keepNext w:val="0"/>
        <w:keepLines/>
        <w:spacing w:before="0" w:after="60"/>
        <w:ind w:left="198"/>
      </w:pPr>
      <w:r>
        <w:rPr>
          <w:b w:val="0"/>
        </w:rPr>
        <w:t>☐  Esztétikai kezelések</w:t>
      </w:r>
    </w:p>
    <w:p>
      <w:pPr>
        <w:keepNext w:val="0"/>
        <w:keepLines/>
        <w:spacing w:before="0" w:after="60"/>
        <w:ind w:left="198"/>
      </w:pPr>
      <w:r>
        <w:rPr>
          <w:b w:val="0"/>
        </w:rPr>
        <w:t>☐  Bőrgyógyászati kezelések</w:t>
      </w:r>
    </w:p>
    <w:p>
      <w:pPr>
        <w:keepNext w:val="0"/>
        <w:keepLines/>
        <w:spacing w:before="0" w:after="60"/>
        <w:ind w:left="198"/>
      </w:pPr>
      <w:r>
        <w:rPr>
          <w:b w:val="0"/>
        </w:rPr>
        <w:t>☐  Fogászati kezelések</w:t>
      </w:r>
    </w:p>
    <w:p>
      <w:pPr>
        <w:keepNext w:val="0"/>
        <w:keepLines/>
        <w:spacing w:before="0" w:after="60"/>
        <w:ind w:left="198"/>
      </w:pPr>
      <w:r>
        <w:rPr>
          <w:b w:val="0"/>
        </w:rPr>
        <w:t>☐  Diagnosztikai vizsgálatok</w:t>
      </w:r>
    </w:p>
    <w:p>
      <w:pPr>
        <w:keepNext w:val="0"/>
        <w:keepLines/>
        <w:spacing w:before="0" w:after="60"/>
        <w:ind w:left="198"/>
      </w:pPr>
      <w:r>
        <w:rPr>
          <w:b w:val="0"/>
        </w:rPr>
        <w:t>☐  Orvosi konzultáció</w:t>
      </w:r>
    </w:p>
    <w:p>
      <w:pPr>
        <w:keepNext w:val="0"/>
        <w:keepLines/>
        <w:spacing w:before="0" w:after="60"/>
        <w:ind w:left="198"/>
      </w:pPr>
      <w:r>
        <w:rPr>
          <w:b w:val="0"/>
        </w:rPr>
        <w:t>☐  Egyéb: __________________________________________</w:t>
      </w:r>
    </w:p>
    <w:p>
      <w:pPr>
        <w:keepNext/>
        <w:spacing w:before="200" w:after="100"/>
      </w:pPr>
      <w:r>
        <w:rPr>
          <w:b/>
        </w:rPr>
        <w:t>2. Milyen szolgáltatásokat vett igénybe eddig klinikánkon?</w:t>
      </w:r>
    </w:p>
    <w:p>
      <w:pPr>
        <w:keepNext w:val="0"/>
        <w:spacing w:before="0" w:after="60"/>
      </w:pPr>
      <w:r>
        <w:rPr>
          <w:b w:val="0"/>
        </w:rPr>
        <w:t>______________________________________________________________________</w:t>
      </w:r>
    </w:p>
    <w:p>
      <w:pPr>
        <w:keepNext/>
        <w:spacing w:before="200" w:after="100"/>
      </w:pPr>
      <w:r>
        <w:rPr>
          <w:b/>
        </w:rPr>
        <w:t>3. Ki ajánlotta Ön számára a VIP programunkat?</w:t>
      </w:r>
    </w:p>
    <w:p>
      <w:pPr>
        <w:keepNext w:val="0"/>
        <w:spacing w:before="0" w:after="60"/>
      </w:pPr>
      <w:r>
        <w:rPr>
          <w:b w:val="0"/>
        </w:rPr>
        <w:t>______________________________________________________________________</w:t>
      </w:r>
    </w:p>
    <w:p>
      <w:pPr>
        <w:keepNext/>
        <w:spacing w:before="200" w:after="100"/>
      </w:pPr>
      <w:r>
        <w:rPr>
          <w:b/>
        </w:rPr>
        <w:t>4. Mi a legfontosabb Önnek egy kezelés vagy szolgáltatás kiválasztásakor?</w:t>
      </w:r>
    </w:p>
    <w:p>
      <w:pPr>
        <w:keepNext w:val="0"/>
        <w:keepLines/>
        <w:spacing w:before="0" w:after="60"/>
        <w:ind w:left="198"/>
      </w:pPr>
      <w:r>
        <w:rPr>
          <w:b w:val="0"/>
        </w:rPr>
        <w:t>☐  Szakértelem és tapasztalat</w:t>
      </w:r>
    </w:p>
    <w:p>
      <w:pPr>
        <w:keepNext w:val="0"/>
        <w:keepLines/>
        <w:spacing w:before="0" w:after="60"/>
        <w:ind w:left="198"/>
      </w:pPr>
      <w:r>
        <w:rPr>
          <w:b w:val="0"/>
        </w:rPr>
        <w:t>☐  Biztonság</w:t>
      </w:r>
    </w:p>
    <w:p>
      <w:pPr>
        <w:keepNext w:val="0"/>
        <w:keepLines/>
        <w:spacing w:before="0" w:after="60"/>
        <w:ind w:left="198"/>
      </w:pPr>
      <w:r>
        <w:rPr>
          <w:b w:val="0"/>
        </w:rPr>
        <w:t>☐  Személyre szabott figyelem</w:t>
      </w:r>
    </w:p>
    <w:p>
      <w:pPr>
        <w:keepNext w:val="0"/>
        <w:keepLines/>
        <w:spacing w:before="0" w:after="60"/>
        <w:ind w:left="198"/>
      </w:pPr>
      <w:r>
        <w:rPr>
          <w:b w:val="0"/>
        </w:rPr>
        <w:t>☐  Modern technológia</w:t>
      </w:r>
    </w:p>
    <w:p>
      <w:pPr>
        <w:keepNext w:val="0"/>
        <w:keepLines/>
        <w:spacing w:before="0" w:after="60"/>
        <w:ind w:left="198"/>
      </w:pPr>
      <w:r>
        <w:rPr>
          <w:b w:val="0"/>
        </w:rPr>
        <w:t>☐  Kezelés eredményessége</w:t>
      </w:r>
    </w:p>
    <w:p>
      <w:pPr>
        <w:keepNext w:val="0"/>
        <w:keepLines/>
        <w:spacing w:before="0" w:after="60"/>
        <w:ind w:left="198"/>
      </w:pPr>
      <w:r>
        <w:rPr>
          <w:b w:val="0"/>
        </w:rPr>
        <w:t>☐  Ár-érték arány</w:t>
      </w:r>
    </w:p>
    <w:p>
      <w:pPr>
        <w:keepNext w:val="0"/>
        <w:keepLines/>
        <w:spacing w:before="0" w:after="60"/>
        <w:ind w:left="198"/>
      </w:pPr>
      <w:r>
        <w:rPr>
          <w:b w:val="0"/>
        </w:rPr>
        <w:t>☐  Rövid várakozási idő</w:t>
      </w:r>
    </w:p>
    <w:p>
      <w:pPr>
        <w:keepNext w:val="0"/>
        <w:keepLines/>
        <w:spacing w:before="0" w:after="60"/>
        <w:ind w:left="198"/>
      </w:pPr>
      <w:r>
        <w:rPr>
          <w:b w:val="0"/>
        </w:rPr>
        <w:t>☐  Kellemes környezet</w:t>
      </w:r>
    </w:p>
    <w:p>
      <w:pPr>
        <w:keepNext w:val="0"/>
        <w:keepLines/>
        <w:spacing w:before="0" w:after="60"/>
        <w:ind w:left="198"/>
      </w:pPr>
      <w:r>
        <w:rPr>
          <w:b w:val="0"/>
        </w:rPr>
        <w:t>☐  Egyéb: ………………………………………………………</w:t>
      </w:r>
    </w:p>
    <w:p>
      <w:pPr>
        <w:keepNext w:val="0"/>
        <w:pageBreakBefore/>
        <w:spacing w:before="0" w:after="0"/>
      </w:pPr>
      <w:r>
        <w:rPr>
          <w:b w:val="0"/>
        </w:rPr>
      </w:r>
    </w:p>
    <w:p>
      <w:pPr>
        <w:keepNext/>
        <w:spacing w:before="0" w:after="100"/>
      </w:pPr>
      <w:r>
        <w:rPr>
          <w:b/>
        </w:rPr>
        <w:t>5. Honnan értesült klinikánkról?</w:t>
      </w:r>
    </w:p>
    <w:p>
      <w:pPr>
        <w:keepNext w:val="0"/>
        <w:keepLines/>
        <w:spacing w:before="0" w:after="60"/>
        <w:ind w:left="198"/>
      </w:pPr>
      <w:r>
        <w:rPr>
          <w:b w:val="0"/>
        </w:rPr>
        <w:t>☐  Google / internetes keresés</w:t>
      </w:r>
    </w:p>
    <w:p>
      <w:pPr>
        <w:keepNext w:val="0"/>
        <w:keepLines/>
        <w:spacing w:before="0" w:after="60"/>
        <w:ind w:left="198"/>
      </w:pPr>
      <w:r>
        <w:rPr>
          <w:b w:val="0"/>
        </w:rPr>
        <w:t>☐  Facebook</w:t>
      </w:r>
    </w:p>
    <w:p>
      <w:pPr>
        <w:keepNext w:val="0"/>
        <w:keepLines/>
        <w:spacing w:before="0" w:after="60"/>
        <w:ind w:left="198"/>
      </w:pPr>
      <w:r>
        <w:rPr>
          <w:b w:val="0"/>
        </w:rPr>
        <w:t>☐  Instagram</w:t>
      </w:r>
    </w:p>
    <w:p>
      <w:pPr>
        <w:keepNext w:val="0"/>
        <w:keepLines/>
        <w:spacing w:before="0" w:after="60"/>
        <w:ind w:left="198"/>
      </w:pPr>
      <w:r>
        <w:rPr>
          <w:b w:val="0"/>
        </w:rPr>
        <w:t>☐  TikTok</w:t>
      </w:r>
    </w:p>
    <w:p>
      <w:pPr>
        <w:keepNext w:val="0"/>
        <w:keepLines/>
        <w:spacing w:before="0" w:after="60"/>
        <w:ind w:left="198"/>
      </w:pPr>
      <w:r>
        <w:rPr>
          <w:b w:val="0"/>
        </w:rPr>
        <w:t>☐  Ismerős vagy családtag ajánlása</w:t>
      </w:r>
    </w:p>
    <w:p>
      <w:pPr>
        <w:keepNext w:val="0"/>
        <w:keepLines/>
        <w:spacing w:before="0" w:after="60"/>
        <w:ind w:left="198"/>
      </w:pPr>
      <w:r>
        <w:rPr>
          <w:b w:val="0"/>
        </w:rPr>
        <w:t>☐  Orvosi ajánlás</w:t>
      </w:r>
    </w:p>
    <w:p>
      <w:pPr>
        <w:keepNext w:val="0"/>
        <w:keepLines/>
        <w:spacing w:before="0" w:after="60"/>
        <w:ind w:left="198"/>
      </w:pPr>
      <w:r>
        <w:rPr>
          <w:b w:val="0"/>
        </w:rPr>
        <w:t>☐  Korábbi páciensként ismertem klinikánkat</w:t>
      </w:r>
    </w:p>
    <w:p>
      <w:pPr>
        <w:keepNext w:val="0"/>
        <w:keepLines/>
        <w:spacing w:before="0" w:after="60"/>
        <w:ind w:left="198"/>
      </w:pPr>
      <w:r>
        <w:rPr>
          <w:b w:val="0"/>
        </w:rPr>
        <w:t>☐  ChatGPT/Gemini/AI</w:t>
      </w:r>
    </w:p>
    <w:p>
      <w:pPr>
        <w:keepNext/>
        <w:spacing w:before="260" w:after="100"/>
      </w:pPr>
      <w:r>
        <w:rPr>
          <w:b/>
        </w:rPr>
        <w:t>6. Ajánlaná-e klinikánkat családtagjainak vagy ismerőseinek?</w:t>
      </w:r>
    </w:p>
    <w:p>
      <w:pPr>
        <w:keepNext w:val="0"/>
        <w:keepLines/>
        <w:spacing w:before="0" w:after="60"/>
        <w:ind w:left="198"/>
      </w:pPr>
      <w:r>
        <w:rPr>
          <w:b w:val="0"/>
        </w:rPr>
        <w:t>☐  Igen, biztosan</w:t>
      </w:r>
    </w:p>
    <w:p>
      <w:pPr>
        <w:keepNext w:val="0"/>
        <w:keepLines/>
        <w:spacing w:before="0" w:after="60"/>
        <w:ind w:left="198"/>
      </w:pPr>
      <w:r>
        <w:rPr>
          <w:b w:val="0"/>
        </w:rPr>
        <w:t>☐  Valószínűleg igen</w:t>
      </w:r>
    </w:p>
    <w:p>
      <w:pPr>
        <w:keepNext w:val="0"/>
        <w:keepLines/>
        <w:spacing w:before="0" w:after="60"/>
        <w:ind w:left="198"/>
      </w:pPr>
      <w:r>
        <w:rPr>
          <w:b w:val="0"/>
        </w:rPr>
        <w:t>☐  Nem tudom / bizonytalan vagyok</w:t>
      </w:r>
    </w:p>
    <w:p>
      <w:pPr>
        <w:keepNext w:val="0"/>
        <w:keepLines/>
        <w:spacing w:before="0" w:after="60"/>
        <w:ind w:left="198"/>
      </w:pPr>
      <w:r>
        <w:rPr>
          <w:b w:val="0"/>
        </w:rPr>
        <w:t>☐  Valószínűleg nem</w:t>
      </w:r>
    </w:p>
    <w:p>
      <w:pPr>
        <w:keepNext w:val="0"/>
        <w:keepLines/>
        <w:spacing w:before="0" w:after="60"/>
        <w:ind w:left="198"/>
      </w:pPr>
      <w:r>
        <w:rPr>
          <w:b w:val="0"/>
        </w:rPr>
        <w:t>☐  Nem</w:t>
      </w:r>
    </w:p>
    <w:p>
      <w:pPr>
        <w:keepNext/>
        <w:spacing w:before="340" w:after="160"/>
        <w:jc w:val="center"/>
      </w:pPr>
      <w:r>
        <w:rPr>
          <w:b/>
        </w:rPr>
        <w:t>Kérjük, támogassa munkánkat véleményének megosztásával a Google felületünkön.</w:t>
      </w:r>
    </w:p>
    <w:p>
      <w:pPr>
        <w:spacing w:after="220"/>
        <w:jc w:val="center"/>
      </w:pPr>
      <w:r>
        <w:drawing>
          <wp:inline xmlns:a="http://schemas.openxmlformats.org/drawingml/2006/main" xmlns:pic="http://schemas.openxmlformats.org/drawingml/2006/picture">
            <wp:extent cx="1530000" cy="153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30000" cy="153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spacing w:before="0" w:after="0"/>
        <w:jc w:val="center"/>
      </w:pPr>
      <w:r>
        <w:rPr>
          <w:b w:val="0"/>
        </w:rPr>
        <w:t>Köszönjük, hogy megosztotta velünk véleményét és minket választott!</w:t>
      </w:r>
    </w:p>
    <w:sectPr w:rsidR="00FC693F" w:rsidRPr="0006063C" w:rsidSect="00034616">
      <w:footerReference w:type="default" r:id="rId10"/>
      <w:pgSz w:w="11906" w:h="16838"/>
      <w:pgMar w:top="964" w:right="1276" w:bottom="964" w:left="1276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810000" cy="409491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10000" cy="409491"/>
                  </a:xfrm>
                  <a:prstGeom prst="rect"/>
                </pic:spPr>
              </pic:pic>
            </a:graphicData>
          </a:graphic>
        </wp:inline>
      </w:drawing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69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